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מנהגים במשפחה ובקהילה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מנהגים ממשפחות וקהילות שונות בעם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שפות, טקסים ומאכלים מסורתיים מקהילות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במוצאי 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 לכבוד הולדת 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שפה יהודית מספרדית ועברית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לזכור את ירושלים גם בשמחה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אסקסטה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יש דרכים רבות ויפות לכל 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טקס החינה נהוג גם בתימן, בכורדיסטן ובקהילות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מנהג מקובל בקהילות אשכנז כדי שהשם ימשיך לחיות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במימונה נהוג דווקא לפתוח את הבית ולהזמין שכנים וחברים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אות כבוד בקהילות ממוצא ספרדי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אלה חפצים ממשיים, לכן הם מורשת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מופלטה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סהרנה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יידיש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אסקסטה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הקהילה למנהג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(מימונה ומופלטה)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(תלבושת כלה עם כיסוי ראש 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(חג הסהרנה בטבע)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(ריקוד אסקסטה ושפת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(רומנסות ושירי ערש בלדינו)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מוחשי או בלתי מוחשי?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קערת חינה, חופה, כוס שבורה, שמלות מסורתיות. בלתי מוחשי: שפות, שירים, ניגונים, מתן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ומשתפים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המזכירה מנהג ספציפי מהדף ונימוק קשור לערך של שייכות או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המתייחסת לשמירה על זהות, קשר לדורות קודמים והמשכיות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מוצאי פסח, מופלטה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קערת חינה (מוחשי) ושיר (בלתי מוחשי)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יוצר פסיפס עשיר ומכבד את 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בפעילות הפסיפס הכיתתי כדי לחבר את התלמידים אישית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מנהג מהמשפחה שלהם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להרחיב ולבקש דוגמה נוספת מכל קהילה שלא הופיעה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מנהגים במשפחה ובקהילה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במשפחות יש מנהגים מיוחדים - בלידה, בבר מצווה ובחתונה. כל קהילה הביאה מנהגים משלה מהמקום שבו חיתה.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שחוגגים יהודי מרוקו במוצאי פסח, עם בתים פתוחים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 לפני חתונה עם משחת חינה שמורחים על הידיים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זבד הבת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 בקהילות ספרדיות ומזרחיות לכבוד הולדת 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סהרנה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כורדיסטן עם יציאה לטבע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אסקסטה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ריקוד כתפיים מיוחד של יהדות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לדינו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יהודית שנולדה מספרדית ועברית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מופלטה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מאפה דק ומתוק שמגישים במימונה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 מוחשית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שאפשר לגעת בהם כמו בגדים או חפצים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מימונה?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במוצאי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זבד הבת?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מאפה לשבת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 לכבוד הולדת 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 אתיופי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זו לדינו?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מאכל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ריקוד מכורדיסטן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יהודית מספרדית ועברית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 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שוברים כוס בחתונה?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הכוס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לזכור את ירושלים גם בשמחה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להרעיש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להתחיל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ריקוד יש ביהדות אתיופיה?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אסקסטה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סהרנה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רומנסה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נכון להסתכל על מנהגים 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מנהג אחד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דרכים רבות ויפות לכל 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מנהגים לא חשובים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לבחור מנהג אחד לכולם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 החינה נהוג רק בקהילת יהודי מרוקו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בקהילות אשכנזיות נהוג לקרוא לתינוק על שם קרוב שנפטר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במימונה נהוג לסגור את הבית ולא להזמין אורחים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בקהילות ספרדיות נהוג גם לקרוא לילדים על שם סבים וסבתות שעדיין בחיים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תפילין וספר תורה הם דוגמה למורשת בלתי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הקערה שבה מורחים משחת חינה על כפות הידיים נקראת קערת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המאפה המתוק שמגישים במימונה עם דבש וחמאה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החג של יהודי כורדיסטן עם יציאה לטבע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הבד הפרוש על ארבעה מוטות שתחתיו עומדים בני הזוג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השפה שבה דיברו יהודי מזרח אירופה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הריקוד המיוחד של יהדות אתיופיה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הקהילה למנהג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יהדות מרוקו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ריקוד אסקסטה ושפת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יהדות תימן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 הסהרנה בטבע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יהדות כורדיסטן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תלבושת כלה עם כיסוי ראש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רומנסות ושירי ערש בלדינו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קהילות ספרדיות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מימונה ומופלטה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מוחשי או בלתי מוחשי?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למורשת מוחשית ושתי דוגמאות למורשת בלתי מוחשית מהדף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ומשתפים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מנהג מקהילה אחרת הייתם רוצים לאמץ למשפחה שלכם,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לדעתכם לשמור על שפות כמו יידיש, לדינו או אמהרית?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חוגגים מימונה ומה אוכלים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מוחשית ואחת לבלתי מוחשית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קהילה יהיה מנהג 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מנהגים במשפחה ובקהילה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